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E8416" w14:textId="77777777" w:rsidR="009D506A" w:rsidRDefault="00EE165A" w:rsidP="009D506A">
      <w:pPr>
        <w:spacing w:after="320"/>
        <w:jc w:val="center"/>
        <w:rPr>
          <w:b/>
          <w:sz w:val="52"/>
        </w:rPr>
      </w:pPr>
      <w:r>
        <w:rPr>
          <w:b/>
          <w:noProof/>
          <w:sz w:val="52"/>
        </w:rPr>
        <w:drawing>
          <wp:inline distT="0" distB="0" distL="0" distR="0" wp14:anchorId="79D1B69D" wp14:editId="194E5EE9">
            <wp:extent cx="1420456" cy="595423"/>
            <wp:effectExtent l="0" t="0" r="2540" b="1905"/>
            <wp:docPr id="201123979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39798" name="Picture 1" descr="A close-up of a logo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4231" cy="66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493A3" w14:textId="527ED6AD" w:rsidR="00917D29" w:rsidRPr="009D506A" w:rsidRDefault="00000000" w:rsidP="009D506A">
      <w:pPr>
        <w:spacing w:after="320"/>
        <w:jc w:val="center"/>
        <w:rPr>
          <w:b/>
          <w:sz w:val="52"/>
        </w:rPr>
      </w:pPr>
      <w:r>
        <w:rPr>
          <w:b/>
          <w:sz w:val="30"/>
        </w:rPr>
        <w:t>REKLAMAČNÍ FORMULÁŘ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917D29" w14:paraId="01361867" w14:textId="77777777">
        <w:trPr>
          <w:jc w:val="center"/>
        </w:trPr>
        <w:tc>
          <w:tcPr>
            <w:tcW w:w="9972" w:type="dxa"/>
          </w:tcPr>
          <w:p w14:paraId="7847F10D" w14:textId="014B52BC" w:rsidR="00917D29" w:rsidRDefault="00000000">
            <w:proofErr w:type="spellStart"/>
            <w:r>
              <w:t>Tento</w:t>
            </w:r>
            <w:proofErr w:type="spellEnd"/>
            <w:r>
              <w:t xml:space="preserve"> </w:t>
            </w:r>
            <w:proofErr w:type="spellStart"/>
            <w:r>
              <w:t>formulář</w:t>
            </w:r>
            <w:proofErr w:type="spellEnd"/>
            <w:r>
              <w:t xml:space="preserve"> </w:t>
            </w:r>
            <w:proofErr w:type="spellStart"/>
            <w:r>
              <w:t>slouží</w:t>
            </w:r>
            <w:proofErr w:type="spellEnd"/>
            <w:r>
              <w:t xml:space="preserve"> k </w:t>
            </w:r>
            <w:proofErr w:type="spellStart"/>
            <w:r>
              <w:t>uplatnění</w:t>
            </w:r>
            <w:proofErr w:type="spellEnd"/>
            <w:r>
              <w:t xml:space="preserve"> </w:t>
            </w:r>
            <w:proofErr w:type="spellStart"/>
            <w:r>
              <w:t>reklamace</w:t>
            </w:r>
            <w:proofErr w:type="spellEnd"/>
            <w:r>
              <w:t xml:space="preserve"> </w:t>
            </w:r>
            <w:proofErr w:type="spellStart"/>
            <w:r>
              <w:t>zboží</w:t>
            </w:r>
            <w:proofErr w:type="spellEnd"/>
            <w:r>
              <w:t xml:space="preserve"> </w:t>
            </w:r>
            <w:proofErr w:type="spellStart"/>
            <w:r>
              <w:t>zakoupeného</w:t>
            </w:r>
            <w:proofErr w:type="spellEnd"/>
            <w:r>
              <w:t xml:space="preserve"> </w:t>
            </w:r>
            <w:proofErr w:type="spellStart"/>
            <w:r>
              <w:t>prostřednictvím</w:t>
            </w:r>
            <w:proofErr w:type="spellEnd"/>
            <w:r>
              <w:t xml:space="preserve"> </w:t>
            </w:r>
            <w:proofErr w:type="spellStart"/>
            <w:r>
              <w:t>internetového</w:t>
            </w:r>
            <w:proofErr w:type="spellEnd"/>
            <w:r>
              <w:t xml:space="preserve"> </w:t>
            </w:r>
            <w:proofErr w:type="spellStart"/>
            <w:r>
              <w:t>obchodu</w:t>
            </w:r>
            <w:proofErr w:type="spellEnd"/>
            <w:r>
              <w:t xml:space="preserve"> </w:t>
            </w:r>
            <w:proofErr w:type="spellStart"/>
            <w:r>
              <w:t>ReFoto</w:t>
            </w:r>
            <w:proofErr w:type="spellEnd"/>
            <w:r>
              <w:t>.</w:t>
            </w:r>
            <w:r w:rsidR="00EE165A">
              <w:t xml:space="preserve"> </w:t>
            </w:r>
            <w:proofErr w:type="spellStart"/>
            <w:r>
              <w:t>Vyplněný</w:t>
            </w:r>
            <w:proofErr w:type="spellEnd"/>
            <w:r>
              <w:t xml:space="preserve"> </w:t>
            </w:r>
            <w:proofErr w:type="spellStart"/>
            <w:r>
              <w:t>formulář</w:t>
            </w:r>
            <w:proofErr w:type="spellEnd"/>
            <w:r>
              <w:t xml:space="preserve"> </w:t>
            </w:r>
            <w:proofErr w:type="spellStart"/>
            <w:r>
              <w:t>nám</w:t>
            </w:r>
            <w:proofErr w:type="spellEnd"/>
            <w:r>
              <w:t xml:space="preserve"> </w:t>
            </w:r>
            <w:proofErr w:type="spellStart"/>
            <w:r>
              <w:t>zašlete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e-mail: </w:t>
            </w:r>
            <w:r>
              <w:rPr>
                <w:b/>
                <w:color w:val="7355B9"/>
              </w:rPr>
              <w:t>objednavky@refoto.cz</w:t>
            </w:r>
          </w:p>
          <w:p w14:paraId="7AF76DA4" w14:textId="77777777" w:rsidR="00917D29" w:rsidRDefault="00000000">
            <w:r>
              <w:t xml:space="preserve">Po </w:t>
            </w:r>
            <w:proofErr w:type="spellStart"/>
            <w:r>
              <w:t>obdržení</w:t>
            </w:r>
            <w:proofErr w:type="spellEnd"/>
            <w:r>
              <w:t xml:space="preserve"> </w:t>
            </w:r>
            <w:proofErr w:type="spellStart"/>
            <w:r>
              <w:t>reklamace</w:t>
            </w:r>
            <w:proofErr w:type="spellEnd"/>
            <w:r>
              <w:t xml:space="preserve"> </w:t>
            </w:r>
            <w:proofErr w:type="spellStart"/>
            <w:r>
              <w:t>vás</w:t>
            </w:r>
            <w:proofErr w:type="spellEnd"/>
            <w:r>
              <w:t xml:space="preserve"> </w:t>
            </w:r>
            <w:proofErr w:type="spellStart"/>
            <w:r>
              <w:t>budeme</w:t>
            </w:r>
            <w:proofErr w:type="spellEnd"/>
            <w:r>
              <w:t xml:space="preserve"> </w:t>
            </w:r>
            <w:proofErr w:type="spellStart"/>
            <w:r>
              <w:t>kontaktovat</w:t>
            </w:r>
            <w:proofErr w:type="spellEnd"/>
            <w:r>
              <w:t xml:space="preserve"> a </w:t>
            </w:r>
            <w:proofErr w:type="spellStart"/>
            <w:r>
              <w:t>zašleme</w:t>
            </w:r>
            <w:proofErr w:type="spellEnd"/>
            <w:r>
              <w:t xml:space="preserve"> </w:t>
            </w:r>
            <w:proofErr w:type="spellStart"/>
            <w:r>
              <w:t>vám</w:t>
            </w:r>
            <w:proofErr w:type="spellEnd"/>
            <w:r>
              <w:t xml:space="preserve"> </w:t>
            </w:r>
            <w:proofErr w:type="spellStart"/>
            <w:r>
              <w:t>další</w:t>
            </w:r>
            <w:proofErr w:type="spellEnd"/>
            <w:r>
              <w:t xml:space="preserve"> </w:t>
            </w:r>
            <w:proofErr w:type="spellStart"/>
            <w:r>
              <w:t>pokyny</w:t>
            </w:r>
            <w:proofErr w:type="spellEnd"/>
            <w:r>
              <w:t xml:space="preserve"> k </w:t>
            </w:r>
            <w:proofErr w:type="spellStart"/>
            <w:r>
              <w:t>dalšímu</w:t>
            </w:r>
            <w:proofErr w:type="spellEnd"/>
            <w:r>
              <w:t xml:space="preserve"> </w:t>
            </w:r>
            <w:proofErr w:type="spellStart"/>
            <w:r>
              <w:t>postupu</w:t>
            </w:r>
            <w:proofErr w:type="spellEnd"/>
            <w:r>
              <w:t>.</w:t>
            </w:r>
          </w:p>
        </w:tc>
      </w:tr>
    </w:tbl>
    <w:p w14:paraId="1352E995" w14:textId="77777777" w:rsidR="00917D29" w:rsidRPr="00EE165A" w:rsidRDefault="00000000">
      <w:pPr>
        <w:spacing w:before="280" w:after="140"/>
        <w:rPr>
          <w:color w:val="auto"/>
        </w:rPr>
      </w:pPr>
      <w:r w:rsidRPr="00EE165A">
        <w:rPr>
          <w:b/>
          <w:color w:val="auto"/>
          <w:sz w:val="24"/>
        </w:rPr>
        <w:t>ÚDAJE O OBJEDNÁVCE</w:t>
      </w:r>
    </w:p>
    <w:p w14:paraId="6ED7BB84" w14:textId="77777777" w:rsidR="00917D29" w:rsidRDefault="00000000">
      <w:pPr>
        <w:spacing w:after="120"/>
      </w:pPr>
      <w:proofErr w:type="spellStart"/>
      <w:r>
        <w:rPr>
          <w:b/>
        </w:rPr>
        <w:t>Číslo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objednávky</w:t>
      </w:r>
      <w:proofErr w:type="spellEnd"/>
      <w:r>
        <w:rPr>
          <w:b/>
        </w:rPr>
        <w:t>:</w:t>
      </w:r>
      <w:r>
        <w:br/>
        <w:t>________________________________________________________________________________</w:t>
      </w:r>
    </w:p>
    <w:p w14:paraId="36871943" w14:textId="77777777" w:rsidR="00917D29" w:rsidRPr="00EE165A" w:rsidRDefault="00000000">
      <w:pPr>
        <w:spacing w:before="280" w:after="140"/>
        <w:rPr>
          <w:b/>
          <w:color w:val="auto"/>
          <w:sz w:val="24"/>
        </w:rPr>
      </w:pPr>
      <w:r w:rsidRPr="00EE165A">
        <w:rPr>
          <w:b/>
          <w:color w:val="auto"/>
          <w:sz w:val="24"/>
        </w:rPr>
        <w:t>REKLAMOVANÉ ZBOŽÍ</w:t>
      </w:r>
    </w:p>
    <w:p w14:paraId="6FEB2C23" w14:textId="77777777" w:rsidR="005935FE" w:rsidRDefault="00000000">
      <w:pPr>
        <w:spacing w:after="120"/>
        <w:rPr>
          <w:b/>
        </w:rPr>
      </w:pPr>
      <w:proofErr w:type="spellStart"/>
      <w:r>
        <w:rPr>
          <w:b/>
        </w:rPr>
        <w:t>Název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reklamovaného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zboží</w:t>
      </w:r>
      <w:proofErr w:type="spellEnd"/>
      <w:r>
        <w:rPr>
          <w:b/>
        </w:rPr>
        <w:t>:</w:t>
      </w:r>
    </w:p>
    <w:p w14:paraId="77E0E2D9" w14:textId="31F3C577" w:rsidR="00917D29" w:rsidRPr="00EE165A" w:rsidRDefault="00000000">
      <w:pPr>
        <w:spacing w:after="120"/>
        <w:rPr>
          <w:b/>
        </w:rPr>
      </w:pPr>
      <w:r>
        <w:br/>
        <w:t>________________________________________________________________________________</w:t>
      </w:r>
    </w:p>
    <w:p w14:paraId="761B1E16" w14:textId="77777777" w:rsidR="005935FE" w:rsidRDefault="00000000">
      <w:pPr>
        <w:spacing w:after="120"/>
        <w:rPr>
          <w:b/>
        </w:rPr>
      </w:pPr>
      <w:proofErr w:type="spellStart"/>
      <w:r>
        <w:rPr>
          <w:b/>
        </w:rPr>
        <w:t>Dodané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příslušenství</w:t>
      </w:r>
      <w:proofErr w:type="spellEnd"/>
      <w:r>
        <w:rPr>
          <w:b/>
        </w:rPr>
        <w:t>:</w:t>
      </w:r>
    </w:p>
    <w:p w14:paraId="096B91ED" w14:textId="2C09269D" w:rsidR="00917D29" w:rsidRDefault="00000000">
      <w:pPr>
        <w:spacing w:after="120"/>
      </w:pPr>
      <w:r>
        <w:br/>
        <w:t>________________________________________________________________________________</w:t>
      </w:r>
    </w:p>
    <w:p w14:paraId="7EC9E492" w14:textId="77777777" w:rsidR="00917D29" w:rsidRPr="00EE165A" w:rsidRDefault="00000000">
      <w:pPr>
        <w:spacing w:before="280" w:after="140"/>
        <w:rPr>
          <w:b/>
          <w:color w:val="auto"/>
          <w:sz w:val="24"/>
        </w:rPr>
      </w:pPr>
      <w:r w:rsidRPr="00EE165A">
        <w:rPr>
          <w:b/>
          <w:color w:val="auto"/>
          <w:sz w:val="24"/>
        </w:rPr>
        <w:t>POPIS VADY</w:t>
      </w:r>
    </w:p>
    <w:p w14:paraId="17389AFC" w14:textId="77777777" w:rsidR="001302F3" w:rsidRDefault="00000000">
      <w:pPr>
        <w:spacing w:after="120"/>
        <w:rPr>
          <w:b/>
        </w:rPr>
      </w:pPr>
      <w:proofErr w:type="spellStart"/>
      <w:r>
        <w:rPr>
          <w:b/>
        </w:rPr>
        <w:t>Popis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důvod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reklamace</w:t>
      </w:r>
      <w:proofErr w:type="spellEnd"/>
      <w:r>
        <w:rPr>
          <w:b/>
        </w:rPr>
        <w:t>:</w:t>
      </w:r>
    </w:p>
    <w:p w14:paraId="1422B082" w14:textId="1E7C0781" w:rsidR="001302F3" w:rsidRPr="001302F3" w:rsidRDefault="00000000">
      <w:pPr>
        <w:spacing w:after="120"/>
        <w:rPr>
          <w:b/>
        </w:rPr>
      </w:pPr>
      <w:r>
        <w:br/>
        <w:t>________________________________________________________________________________</w:t>
      </w:r>
    </w:p>
    <w:p w14:paraId="2252AD14" w14:textId="0C657953" w:rsidR="00917D29" w:rsidRDefault="001302F3">
      <w:pPr>
        <w:spacing w:after="120"/>
      </w:pPr>
      <w:r>
        <w:br/>
        <w:t>________________________________________________________________________________</w:t>
      </w:r>
      <w:r>
        <w:br/>
      </w:r>
    </w:p>
    <w:p w14:paraId="58C68B4A" w14:textId="77777777" w:rsidR="00917D29" w:rsidRPr="00EE165A" w:rsidRDefault="00000000">
      <w:pPr>
        <w:spacing w:before="280" w:after="140"/>
        <w:rPr>
          <w:b/>
          <w:color w:val="auto"/>
          <w:sz w:val="24"/>
        </w:rPr>
      </w:pPr>
      <w:r w:rsidRPr="00EE165A">
        <w:rPr>
          <w:b/>
          <w:color w:val="auto"/>
          <w:sz w:val="24"/>
        </w:rPr>
        <w:t>ÚDAJE KUPUJÍCÍHO</w:t>
      </w:r>
    </w:p>
    <w:p w14:paraId="53DA8A78" w14:textId="77777777" w:rsidR="00917D29" w:rsidRDefault="00000000">
      <w:pPr>
        <w:spacing w:after="120"/>
      </w:pPr>
      <w:proofErr w:type="spellStart"/>
      <w:r>
        <w:rPr>
          <w:b/>
        </w:rPr>
        <w:t>Jméno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příjmení</w:t>
      </w:r>
      <w:proofErr w:type="spellEnd"/>
      <w:r>
        <w:rPr>
          <w:b/>
        </w:rPr>
        <w:t>:</w:t>
      </w:r>
      <w:r>
        <w:br/>
        <w:t>________________________________________________________________________________</w:t>
      </w:r>
    </w:p>
    <w:p w14:paraId="01FF0FB7" w14:textId="77777777" w:rsidR="00917D29" w:rsidRDefault="00000000">
      <w:pPr>
        <w:spacing w:after="120"/>
      </w:pPr>
      <w:proofErr w:type="spellStart"/>
      <w:r>
        <w:rPr>
          <w:b/>
        </w:rPr>
        <w:t>Adresa</w:t>
      </w:r>
      <w:proofErr w:type="spellEnd"/>
      <w:r>
        <w:rPr>
          <w:b/>
        </w:rPr>
        <w:t>:</w:t>
      </w:r>
      <w:r>
        <w:br/>
        <w:t>________________________________________________________________________________</w:t>
      </w:r>
    </w:p>
    <w:p w14:paraId="310A8519" w14:textId="77777777" w:rsidR="00917D29" w:rsidRDefault="00000000">
      <w:pPr>
        <w:spacing w:after="120"/>
      </w:pPr>
      <w:r>
        <w:rPr>
          <w:b/>
        </w:rPr>
        <w:t>E-mail:</w:t>
      </w:r>
      <w:r>
        <w:br/>
        <w:t>________________________________________________________________________________</w:t>
      </w:r>
    </w:p>
    <w:p w14:paraId="7BA0CA9A" w14:textId="77777777" w:rsidR="00917D29" w:rsidRDefault="00000000">
      <w:pPr>
        <w:spacing w:after="120"/>
      </w:pPr>
      <w:proofErr w:type="spellStart"/>
      <w:r>
        <w:rPr>
          <w:b/>
        </w:rPr>
        <w:t>Telefon</w:t>
      </w:r>
      <w:proofErr w:type="spellEnd"/>
      <w:r>
        <w:rPr>
          <w:b/>
        </w:rPr>
        <w:t>:</w:t>
      </w:r>
      <w:r>
        <w:br/>
        <w:t>________________________________________________________________________________</w:t>
      </w:r>
    </w:p>
    <w:p w14:paraId="6AEEA40E" w14:textId="77777777" w:rsidR="005935FE" w:rsidRDefault="005935FE">
      <w:pPr>
        <w:spacing w:before="280" w:after="140"/>
        <w:rPr>
          <w:b/>
          <w:color w:val="auto"/>
          <w:sz w:val="24"/>
        </w:rPr>
      </w:pPr>
    </w:p>
    <w:p w14:paraId="2B4FDD91" w14:textId="77777777" w:rsidR="005935FE" w:rsidRDefault="005935FE">
      <w:pPr>
        <w:spacing w:before="280" w:after="140"/>
        <w:rPr>
          <w:b/>
          <w:color w:val="auto"/>
          <w:sz w:val="24"/>
        </w:rPr>
      </w:pPr>
    </w:p>
    <w:p w14:paraId="62896177" w14:textId="60189D1A" w:rsidR="00917D29" w:rsidRPr="00EE165A" w:rsidRDefault="00000000">
      <w:pPr>
        <w:spacing w:before="280" w:after="140"/>
        <w:rPr>
          <w:b/>
          <w:color w:val="auto"/>
          <w:sz w:val="24"/>
        </w:rPr>
      </w:pPr>
      <w:r w:rsidRPr="00EE165A">
        <w:rPr>
          <w:b/>
          <w:color w:val="auto"/>
          <w:sz w:val="24"/>
        </w:rPr>
        <w:t>POŽADOVANÝ ZPŮSOB VYŘÍZENÍ REKLAMACE</w:t>
      </w:r>
    </w:p>
    <w:p w14:paraId="4B6D053F" w14:textId="77777777" w:rsidR="00917D29" w:rsidRDefault="00000000">
      <w:pPr>
        <w:spacing w:after="100"/>
      </w:pPr>
      <w:proofErr w:type="spellStart"/>
      <w:r>
        <w:t>Požaduji</w:t>
      </w:r>
      <w:proofErr w:type="spellEnd"/>
      <w:r>
        <w:t xml:space="preserve"> </w:t>
      </w:r>
      <w:proofErr w:type="spellStart"/>
      <w:r>
        <w:t>vyřízení</w:t>
      </w:r>
      <w:proofErr w:type="spellEnd"/>
      <w:r>
        <w:t xml:space="preserve"> </w:t>
      </w:r>
      <w:proofErr w:type="spellStart"/>
      <w:r>
        <w:t>reklamace</w:t>
      </w:r>
      <w:proofErr w:type="spellEnd"/>
      <w:r>
        <w:t xml:space="preserve"> </w:t>
      </w:r>
      <w:proofErr w:type="spellStart"/>
      <w:r>
        <w:t>následujícím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>:</w:t>
      </w:r>
    </w:p>
    <w:p w14:paraId="306F14C2" w14:textId="77777777" w:rsidR="00917D29" w:rsidRDefault="00000000">
      <w:pPr>
        <w:spacing w:after="60"/>
      </w:pPr>
      <w:proofErr w:type="gramStart"/>
      <w:r w:rsidRPr="00EE165A">
        <w:rPr>
          <w:rFonts w:ascii="Segoe UI Symbol" w:hAnsi="Segoe UI Symbol" w:cs="Segoe UI Symbol"/>
          <w:color w:val="7355B9"/>
        </w:rPr>
        <w:t>☐</w:t>
      </w:r>
      <w:r>
        <w:t xml:space="preserve">  </w:t>
      </w:r>
      <w:proofErr w:type="spellStart"/>
      <w:r>
        <w:t>oprava</w:t>
      </w:r>
      <w:proofErr w:type="spellEnd"/>
      <w:proofErr w:type="gramEnd"/>
      <w:r>
        <w:t xml:space="preserve"> </w:t>
      </w:r>
      <w:proofErr w:type="spellStart"/>
      <w:r>
        <w:t>zboží</w:t>
      </w:r>
      <w:proofErr w:type="spellEnd"/>
    </w:p>
    <w:p w14:paraId="307C2C45" w14:textId="77777777" w:rsidR="00917D29" w:rsidRDefault="00000000">
      <w:pPr>
        <w:spacing w:after="60"/>
      </w:pPr>
      <w:proofErr w:type="gramStart"/>
      <w:r w:rsidRPr="00EE165A">
        <w:rPr>
          <w:rFonts w:ascii="Segoe UI Symbol" w:hAnsi="Segoe UI Symbol" w:cs="Segoe UI Symbol"/>
          <w:color w:val="7355B9"/>
        </w:rPr>
        <w:t>☐</w:t>
      </w:r>
      <w:r>
        <w:t xml:space="preserve">  </w:t>
      </w:r>
      <w:proofErr w:type="spellStart"/>
      <w:r>
        <w:t>výměna</w:t>
      </w:r>
      <w:proofErr w:type="spellEnd"/>
      <w:proofErr w:type="gramEnd"/>
      <w:r>
        <w:t xml:space="preserve"> za </w:t>
      </w:r>
      <w:proofErr w:type="spellStart"/>
      <w:r>
        <w:t>nové</w:t>
      </w:r>
      <w:proofErr w:type="spellEnd"/>
      <w:r>
        <w:t xml:space="preserve"> </w:t>
      </w:r>
      <w:proofErr w:type="spellStart"/>
      <w:r>
        <w:t>zboží</w:t>
      </w:r>
      <w:proofErr w:type="spellEnd"/>
    </w:p>
    <w:p w14:paraId="26BB2C15" w14:textId="77777777" w:rsidR="00917D29" w:rsidRDefault="00000000">
      <w:pPr>
        <w:spacing w:after="60"/>
      </w:pPr>
      <w:proofErr w:type="gramStart"/>
      <w:r w:rsidRPr="00EE165A">
        <w:rPr>
          <w:rFonts w:ascii="Segoe UI Symbol" w:hAnsi="Segoe UI Symbol" w:cs="Segoe UI Symbol"/>
          <w:color w:val="7355B9"/>
        </w:rPr>
        <w:t>☐</w:t>
      </w:r>
      <w:r>
        <w:t xml:space="preserve">  </w:t>
      </w:r>
      <w:proofErr w:type="spellStart"/>
      <w:r>
        <w:t>přiměřená</w:t>
      </w:r>
      <w:proofErr w:type="spellEnd"/>
      <w:proofErr w:type="gramEnd"/>
      <w:r>
        <w:t xml:space="preserve"> </w:t>
      </w:r>
      <w:proofErr w:type="spellStart"/>
      <w:r>
        <w:t>sleva</w:t>
      </w:r>
      <w:proofErr w:type="spellEnd"/>
      <w:r>
        <w:t xml:space="preserve"> z </w:t>
      </w:r>
      <w:proofErr w:type="spellStart"/>
      <w:r>
        <w:t>kupní</w:t>
      </w:r>
      <w:proofErr w:type="spellEnd"/>
      <w:r>
        <w:t xml:space="preserve"> </w:t>
      </w:r>
      <w:proofErr w:type="spellStart"/>
      <w:r>
        <w:t>ceny</w:t>
      </w:r>
      <w:proofErr w:type="spellEnd"/>
    </w:p>
    <w:p w14:paraId="7596F35F" w14:textId="77777777" w:rsidR="00917D29" w:rsidRDefault="00000000">
      <w:pPr>
        <w:spacing w:after="60"/>
      </w:pPr>
      <w:proofErr w:type="gramStart"/>
      <w:r w:rsidRPr="00EE165A">
        <w:rPr>
          <w:rFonts w:ascii="Segoe UI Symbol" w:hAnsi="Segoe UI Symbol" w:cs="Segoe UI Symbol"/>
          <w:color w:val="7355B9"/>
        </w:rPr>
        <w:t>☐</w:t>
      </w:r>
      <w:r>
        <w:t xml:space="preserve">  </w:t>
      </w:r>
      <w:proofErr w:type="spellStart"/>
      <w:r>
        <w:t>odstoupení</w:t>
      </w:r>
      <w:proofErr w:type="spellEnd"/>
      <w:proofErr w:type="gram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kupní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3B038A3C" w14:textId="77777777" w:rsidR="00917D29" w:rsidRPr="00EE165A" w:rsidRDefault="00000000">
      <w:pPr>
        <w:spacing w:before="280" w:after="140"/>
        <w:rPr>
          <w:b/>
          <w:color w:val="auto"/>
          <w:sz w:val="24"/>
        </w:rPr>
      </w:pPr>
      <w:r w:rsidRPr="00EE165A">
        <w:rPr>
          <w:b/>
          <w:color w:val="auto"/>
          <w:sz w:val="24"/>
        </w:rPr>
        <w:t>UPLATNĚNÍ REKLAMACE</w:t>
      </w:r>
    </w:p>
    <w:p w14:paraId="11DAE9E7" w14:textId="77777777" w:rsidR="00917D29" w:rsidRDefault="00000000">
      <w:proofErr w:type="spellStart"/>
      <w:r>
        <w:t>Tímto</w:t>
      </w:r>
      <w:proofErr w:type="spellEnd"/>
      <w:r>
        <w:t xml:space="preserve"> </w:t>
      </w:r>
      <w:proofErr w:type="spellStart"/>
      <w:r>
        <w:t>uplatňuji</w:t>
      </w:r>
      <w:proofErr w:type="spellEnd"/>
      <w:r>
        <w:t xml:space="preserve"> </w:t>
      </w:r>
      <w:proofErr w:type="spellStart"/>
      <w:r>
        <w:t>reklamaci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uvedeného</w:t>
      </w:r>
      <w:proofErr w:type="spellEnd"/>
      <w:r>
        <w:t xml:space="preserve"> </w:t>
      </w:r>
      <w:proofErr w:type="spellStart"/>
      <w:r>
        <w:t>zboží</w:t>
      </w:r>
      <w:proofErr w:type="spellEnd"/>
      <w:r>
        <w:t xml:space="preserve"> a </w:t>
      </w:r>
      <w:proofErr w:type="spellStart"/>
      <w:r>
        <w:t>žádám</w:t>
      </w:r>
      <w:proofErr w:type="spellEnd"/>
      <w:r>
        <w:t xml:space="preserve"> o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vyřízení</w:t>
      </w:r>
      <w:proofErr w:type="spellEnd"/>
      <w:r>
        <w:t xml:space="preserve"> </w:t>
      </w:r>
      <w:proofErr w:type="spellStart"/>
      <w:r>
        <w:t>zvoleným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>.</w:t>
      </w:r>
    </w:p>
    <w:p w14:paraId="164C0F0C" w14:textId="77777777" w:rsidR="00917D29" w:rsidRPr="00EE165A" w:rsidRDefault="00000000">
      <w:pPr>
        <w:spacing w:before="280" w:after="140"/>
        <w:rPr>
          <w:b/>
          <w:color w:val="auto"/>
          <w:sz w:val="24"/>
        </w:rPr>
      </w:pPr>
      <w:r w:rsidRPr="00EE165A">
        <w:rPr>
          <w:b/>
          <w:color w:val="auto"/>
          <w:sz w:val="24"/>
        </w:rPr>
        <w:t>PROHLÁŠENÍ KUPUJÍCÍHO</w:t>
      </w:r>
    </w:p>
    <w:p w14:paraId="7EEA07D0" w14:textId="77777777" w:rsidR="00917D29" w:rsidRDefault="00000000">
      <w:pPr>
        <w:spacing w:after="80"/>
      </w:pPr>
      <w:r>
        <w:rPr>
          <w:color w:val="7355B9"/>
        </w:rPr>
        <w:t xml:space="preserve">• </w:t>
      </w:r>
      <w:proofErr w:type="spellStart"/>
      <w:r>
        <w:t>Potvrzuji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 v </w:t>
      </w:r>
      <w:proofErr w:type="spellStart"/>
      <w:r>
        <w:t>tomto</w:t>
      </w:r>
      <w:proofErr w:type="spellEnd"/>
      <w:r>
        <w:t xml:space="preserve"> </w:t>
      </w:r>
      <w:proofErr w:type="spellStart"/>
      <w:r>
        <w:t>formuláři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správné</w:t>
      </w:r>
      <w:proofErr w:type="spellEnd"/>
      <w:r>
        <w:t>.</w:t>
      </w:r>
    </w:p>
    <w:p w14:paraId="733AA933" w14:textId="77777777" w:rsidR="00917D29" w:rsidRDefault="00000000">
      <w:pPr>
        <w:spacing w:after="80"/>
      </w:pPr>
      <w:r>
        <w:rPr>
          <w:color w:val="7355B9"/>
        </w:rPr>
        <w:t xml:space="preserve">• </w:t>
      </w:r>
      <w:proofErr w:type="spellStart"/>
      <w:r>
        <w:t>Reklamovanou</w:t>
      </w:r>
      <w:proofErr w:type="spellEnd"/>
      <w:r>
        <w:t xml:space="preserve"> </w:t>
      </w:r>
      <w:proofErr w:type="spellStart"/>
      <w:r>
        <w:t>vadu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popsal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svého</w:t>
      </w:r>
      <w:proofErr w:type="spellEnd"/>
      <w:r>
        <w:t xml:space="preserve"> </w:t>
      </w:r>
      <w:proofErr w:type="spellStart"/>
      <w:r>
        <w:t>nejlepšího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 a </w:t>
      </w:r>
      <w:proofErr w:type="spellStart"/>
      <w:r>
        <w:t>uvedl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všechny</w:t>
      </w:r>
      <w:proofErr w:type="spellEnd"/>
      <w:r>
        <w:t xml:space="preserve"> </w:t>
      </w:r>
      <w:proofErr w:type="spellStart"/>
      <w:r>
        <w:t>důležité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</w:t>
      </w:r>
      <w:proofErr w:type="spellStart"/>
      <w:r>
        <w:t>týkající</w:t>
      </w:r>
      <w:proofErr w:type="spellEnd"/>
      <w:r>
        <w:t xml:space="preserve"> se </w:t>
      </w:r>
      <w:proofErr w:type="spellStart"/>
      <w:r>
        <w:t>jejího</w:t>
      </w:r>
      <w:proofErr w:type="spellEnd"/>
      <w:r>
        <w:t xml:space="preserve"> </w:t>
      </w:r>
      <w:proofErr w:type="spellStart"/>
      <w:r>
        <w:t>projevu</w:t>
      </w:r>
      <w:proofErr w:type="spellEnd"/>
      <w:r>
        <w:t>.</w:t>
      </w:r>
    </w:p>
    <w:p w14:paraId="2C7A0649" w14:textId="2268C963" w:rsidR="00917D29" w:rsidRDefault="00000000">
      <w:pPr>
        <w:spacing w:after="80"/>
      </w:pPr>
      <w:r>
        <w:rPr>
          <w:color w:val="7355B9"/>
        </w:rPr>
        <w:t xml:space="preserve">• </w:t>
      </w:r>
      <w:proofErr w:type="spellStart"/>
      <w:r>
        <w:t>Reklamované</w:t>
      </w:r>
      <w:proofErr w:type="spellEnd"/>
      <w:r>
        <w:t xml:space="preserve"> </w:t>
      </w:r>
      <w:proofErr w:type="spellStart"/>
      <w:r>
        <w:t>zboží</w:t>
      </w:r>
      <w:proofErr w:type="spellEnd"/>
      <w:r>
        <w:t xml:space="preserve"> </w:t>
      </w:r>
      <w:proofErr w:type="spellStart"/>
      <w:r>
        <w:t>předám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prodávajícího</w:t>
      </w:r>
      <w:proofErr w:type="spellEnd"/>
      <w:r>
        <w:t xml:space="preserve"> a </w:t>
      </w:r>
      <w:proofErr w:type="spellStart"/>
      <w:r>
        <w:t>n</w:t>
      </w:r>
      <w:r w:rsidR="00EE165A">
        <w:t>ebudu</w:t>
      </w:r>
      <w:proofErr w:type="spellEnd"/>
      <w:r>
        <w:t xml:space="preserve"> </w:t>
      </w:r>
      <w:proofErr w:type="spellStart"/>
      <w:r>
        <w:t>jej</w:t>
      </w:r>
      <w:proofErr w:type="spellEnd"/>
      <w:r w:rsidR="00EE165A">
        <w:t xml:space="preserve"> </w:t>
      </w:r>
      <w:proofErr w:type="spellStart"/>
      <w:r w:rsidR="00EE165A">
        <w:t>posílat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sídla</w:t>
      </w:r>
      <w:proofErr w:type="spellEnd"/>
      <w:r>
        <w:t xml:space="preserve"> </w:t>
      </w:r>
      <w:proofErr w:type="spellStart"/>
      <w:r>
        <w:t>společnosti</w:t>
      </w:r>
      <w:proofErr w:type="spellEnd"/>
      <w:r>
        <w:t xml:space="preserve">. Po </w:t>
      </w:r>
      <w:proofErr w:type="spellStart"/>
      <w:r>
        <w:t>přijetí</w:t>
      </w:r>
      <w:proofErr w:type="spellEnd"/>
      <w:r>
        <w:t xml:space="preserve"> </w:t>
      </w:r>
      <w:proofErr w:type="spellStart"/>
      <w:r>
        <w:t>reklamace</w:t>
      </w:r>
      <w:proofErr w:type="spellEnd"/>
      <w:r>
        <w:t xml:space="preserve"> </w:t>
      </w:r>
      <w:proofErr w:type="spellStart"/>
      <w:r>
        <w:t>mě</w:t>
      </w:r>
      <w:proofErr w:type="spellEnd"/>
      <w:r>
        <w:t xml:space="preserve"> </w:t>
      </w:r>
      <w:proofErr w:type="spellStart"/>
      <w:r>
        <w:t>ReFoto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dalším</w:t>
      </w:r>
      <w:proofErr w:type="spellEnd"/>
      <w:r>
        <w:t xml:space="preserve"> </w:t>
      </w:r>
      <w:proofErr w:type="spellStart"/>
      <w:r>
        <w:t>postupu</w:t>
      </w:r>
      <w:proofErr w:type="spellEnd"/>
      <w:r>
        <w:t>.</w:t>
      </w:r>
    </w:p>
    <w:p w14:paraId="604FE2A1" w14:textId="77777777" w:rsidR="00917D29" w:rsidRDefault="00917D29"/>
    <w:p w14:paraId="73B61898" w14:textId="77777777" w:rsidR="00917D29" w:rsidRDefault="00000000">
      <w:r>
        <w:t xml:space="preserve">V ........................................ </w:t>
      </w:r>
      <w:proofErr w:type="spellStart"/>
      <w:r>
        <w:t>dne</w:t>
      </w:r>
      <w:proofErr w:type="spellEnd"/>
      <w:r>
        <w:t xml:space="preserve"> ........................................</w:t>
      </w:r>
    </w:p>
    <w:p w14:paraId="60BD4037" w14:textId="77777777" w:rsidR="001302F3" w:rsidRDefault="00000000">
      <w:pPr>
        <w:rPr>
          <w:b/>
        </w:rPr>
      </w:pPr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kupujícího</w:t>
      </w:r>
      <w:proofErr w:type="spellEnd"/>
      <w:r>
        <w:rPr>
          <w:b/>
        </w:rPr>
        <w:t>:</w:t>
      </w:r>
    </w:p>
    <w:p w14:paraId="2BDA84D1" w14:textId="46D47C9C" w:rsidR="00917D29" w:rsidRDefault="00000000">
      <w:r>
        <w:br/>
        <w:t>........................................................</w:t>
      </w:r>
    </w:p>
    <w:sectPr w:rsidR="00917D29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E005" w14:textId="77777777" w:rsidR="00276CAF" w:rsidRDefault="00276CAF">
      <w:pPr>
        <w:spacing w:after="0" w:line="240" w:lineRule="auto"/>
      </w:pPr>
      <w:r>
        <w:separator/>
      </w:r>
    </w:p>
  </w:endnote>
  <w:endnote w:type="continuationSeparator" w:id="0">
    <w:p w14:paraId="51FB3FBF" w14:textId="77777777" w:rsidR="00276CAF" w:rsidRDefault="00276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9E4A" w14:textId="3984F016" w:rsidR="00917D29" w:rsidRDefault="00917D2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DA64A" w14:textId="77777777" w:rsidR="00276CAF" w:rsidRDefault="00276CAF">
      <w:pPr>
        <w:spacing w:after="0" w:line="240" w:lineRule="auto"/>
      </w:pPr>
      <w:r>
        <w:separator/>
      </w:r>
    </w:p>
  </w:footnote>
  <w:footnote w:type="continuationSeparator" w:id="0">
    <w:p w14:paraId="2A622381" w14:textId="77777777" w:rsidR="00276CAF" w:rsidRDefault="00276C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6576221">
    <w:abstractNumId w:val="8"/>
  </w:num>
  <w:num w:numId="2" w16cid:durableId="1921019927">
    <w:abstractNumId w:val="6"/>
  </w:num>
  <w:num w:numId="3" w16cid:durableId="1739090104">
    <w:abstractNumId w:val="5"/>
  </w:num>
  <w:num w:numId="4" w16cid:durableId="1497645415">
    <w:abstractNumId w:val="4"/>
  </w:num>
  <w:num w:numId="5" w16cid:durableId="517082096">
    <w:abstractNumId w:val="7"/>
  </w:num>
  <w:num w:numId="6" w16cid:durableId="1614358683">
    <w:abstractNumId w:val="3"/>
  </w:num>
  <w:num w:numId="7" w16cid:durableId="143593433">
    <w:abstractNumId w:val="2"/>
  </w:num>
  <w:num w:numId="8" w16cid:durableId="668145052">
    <w:abstractNumId w:val="1"/>
  </w:num>
  <w:num w:numId="9" w16cid:durableId="1821312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2F3"/>
    <w:rsid w:val="0015074B"/>
    <w:rsid w:val="00270D9F"/>
    <w:rsid w:val="00276CAF"/>
    <w:rsid w:val="0029639D"/>
    <w:rsid w:val="00326F90"/>
    <w:rsid w:val="005935FE"/>
    <w:rsid w:val="00917D29"/>
    <w:rsid w:val="00945735"/>
    <w:rsid w:val="009D506A"/>
    <w:rsid w:val="00AA1D8D"/>
    <w:rsid w:val="00B47730"/>
    <w:rsid w:val="00CB0664"/>
    <w:rsid w:val="00EE165A"/>
    <w:rsid w:val="00FC35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CAF734"/>
  <w14:defaultImageDpi w14:val="300"/>
  <w15:docId w15:val="{505C4C6F-FCC7-9F47-9B90-307CB1C3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3138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E16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Jakub Vejmelka</cp:lastModifiedBy>
  <cp:revision>5</cp:revision>
  <dcterms:created xsi:type="dcterms:W3CDTF">2013-12-23T23:15:00Z</dcterms:created>
  <dcterms:modified xsi:type="dcterms:W3CDTF">2026-08-29T08:15:00Z</dcterms:modified>
  <cp:category/>
</cp:coreProperties>
</file>