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535A3" w14:textId="6BB896C2" w:rsidR="001A22EF" w:rsidRPr="001A22EF" w:rsidRDefault="001A22EF" w:rsidP="001A22EF">
      <w:pPr>
        <w:spacing w:after="60"/>
        <w:jc w:val="center"/>
        <w:rPr>
          <w:b/>
          <w:color w:val="7355B9"/>
          <w:sz w:val="52"/>
        </w:rPr>
      </w:pPr>
      <w:r>
        <w:rPr>
          <w:b/>
          <w:noProof/>
          <w:color w:val="7355B9"/>
          <w:sz w:val="52"/>
        </w:rPr>
        <w:drawing>
          <wp:inline distT="0" distB="0" distL="0" distR="0" wp14:anchorId="5AF4FB3C" wp14:editId="0EE2BCFC">
            <wp:extent cx="1403497" cy="588316"/>
            <wp:effectExtent l="0" t="0" r="0" b="0"/>
            <wp:docPr id="78824472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44728" name="Picture 1" descr="A close-up of a logo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0879" cy="64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E9A6" w14:textId="77777777" w:rsidR="00F72742" w:rsidRDefault="00000000">
      <w:pPr>
        <w:spacing w:after="320"/>
        <w:jc w:val="center"/>
      </w:pPr>
      <w:r>
        <w:rPr>
          <w:b/>
          <w:sz w:val="30"/>
        </w:rPr>
        <w:t>FORMULÁŘ PRO ODSTOUPENÍ OD KUPNÍ SMLOUVY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F72742" w14:paraId="15FA3C73" w14:textId="77777777">
        <w:trPr>
          <w:jc w:val="center"/>
        </w:trPr>
        <w:tc>
          <w:tcPr>
            <w:tcW w:w="9972" w:type="dxa"/>
          </w:tcPr>
          <w:p w14:paraId="72AD7BB0" w14:textId="77777777" w:rsidR="00F72742" w:rsidRDefault="00000000">
            <w:r>
              <w:t>Tento formulář slouží k uplatnění práva na odstoupení od kupní smlouvy ve lhůtě 14 dnů od převzetí zboží.</w:t>
            </w:r>
          </w:p>
          <w:p w14:paraId="046F0ED8" w14:textId="77777777" w:rsidR="00F72742" w:rsidRDefault="00000000">
            <w:r>
              <w:t xml:space="preserve">Vyplněný formulář nám zašlete na e-mail: </w:t>
            </w:r>
            <w:r>
              <w:rPr>
                <w:b/>
                <w:color w:val="7355B9"/>
              </w:rPr>
              <w:t>objednavky@refoto.cz</w:t>
            </w:r>
          </w:p>
          <w:p w14:paraId="33992A58" w14:textId="77777777" w:rsidR="00F72742" w:rsidRDefault="00000000">
            <w:r>
              <w:t>Po obdržení odstoupení vás budeme kontaktovat a zašleme vám další pokyny k vrácení zboží.</w:t>
            </w:r>
          </w:p>
        </w:tc>
      </w:tr>
    </w:tbl>
    <w:p w14:paraId="3BEDD062" w14:textId="77777777" w:rsidR="00F72742" w:rsidRPr="001A22EF" w:rsidRDefault="00000000">
      <w:pPr>
        <w:spacing w:before="280" w:after="140"/>
        <w:rPr>
          <w:color w:val="auto"/>
        </w:rPr>
      </w:pPr>
      <w:r w:rsidRPr="001A22EF">
        <w:rPr>
          <w:b/>
          <w:color w:val="auto"/>
          <w:sz w:val="24"/>
        </w:rPr>
        <w:t>ÚDAJE O OBJEDNÁVCE</w:t>
      </w:r>
    </w:p>
    <w:p w14:paraId="2D6019D1" w14:textId="725FA71D" w:rsidR="00F72742" w:rsidRPr="001A22EF" w:rsidRDefault="00000000">
      <w:pPr>
        <w:spacing w:after="120"/>
        <w:rPr>
          <w:b/>
        </w:rPr>
      </w:pPr>
      <w:proofErr w:type="spellStart"/>
      <w:r>
        <w:rPr>
          <w:b/>
        </w:rPr>
        <w:t>Číslo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objednávky</w:t>
      </w:r>
      <w:proofErr w:type="spellEnd"/>
      <w:r>
        <w:rPr>
          <w:b/>
        </w:rPr>
        <w:t>:</w:t>
      </w:r>
      <w:r>
        <w:br/>
        <w:t>_______________________________________________________________________________</w:t>
      </w:r>
    </w:p>
    <w:p w14:paraId="5ACB3513" w14:textId="77777777" w:rsidR="00F72742" w:rsidRDefault="00000000">
      <w:pPr>
        <w:spacing w:after="120"/>
      </w:pPr>
      <w:r>
        <w:rPr>
          <w:b/>
        </w:rPr>
        <w:t xml:space="preserve">Datum </w:t>
      </w:r>
      <w:proofErr w:type="spellStart"/>
      <w:r>
        <w:rPr>
          <w:b/>
        </w:rPr>
        <w:t>objednání</w:t>
      </w:r>
      <w:proofErr w:type="spellEnd"/>
      <w:r>
        <w:rPr>
          <w:b/>
        </w:rPr>
        <w:t>:</w:t>
      </w:r>
      <w:r>
        <w:br/>
        <w:t>________________________________________________________________________________</w:t>
      </w:r>
    </w:p>
    <w:p w14:paraId="40C0050D" w14:textId="77777777" w:rsidR="00F72742" w:rsidRDefault="00000000">
      <w:pPr>
        <w:spacing w:after="120"/>
      </w:pPr>
      <w:r>
        <w:rPr>
          <w:b/>
        </w:rPr>
        <w:t>Datum převzetí zboží:</w:t>
      </w:r>
      <w:r>
        <w:br/>
        <w:t>________________________________________________________________________________</w:t>
      </w:r>
    </w:p>
    <w:p w14:paraId="218E93D3" w14:textId="77777777" w:rsidR="00F72742" w:rsidRPr="001A22EF" w:rsidRDefault="00000000">
      <w:pPr>
        <w:spacing w:before="280" w:after="140"/>
        <w:rPr>
          <w:b/>
          <w:color w:val="auto"/>
          <w:sz w:val="24"/>
        </w:rPr>
      </w:pPr>
      <w:r w:rsidRPr="001A22EF">
        <w:rPr>
          <w:b/>
          <w:color w:val="auto"/>
          <w:sz w:val="24"/>
        </w:rPr>
        <w:t>VRACENÉ ZBOŽÍ</w:t>
      </w:r>
    </w:p>
    <w:p w14:paraId="75C9BFCB" w14:textId="77777777" w:rsidR="00F72742" w:rsidRDefault="00000000">
      <w:pPr>
        <w:spacing w:after="120"/>
      </w:pPr>
      <w:r>
        <w:rPr>
          <w:b/>
        </w:rPr>
        <w:t>Název a označení vraceného zboží:</w:t>
      </w:r>
      <w:r>
        <w:br/>
        <w:t>________________________________________________________________________________</w:t>
      </w:r>
    </w:p>
    <w:p w14:paraId="57CFCD26" w14:textId="77777777" w:rsidR="00F72742" w:rsidRDefault="00000000">
      <w:pPr>
        <w:spacing w:after="120"/>
      </w:pPr>
      <w:r>
        <w:rPr>
          <w:b/>
        </w:rPr>
        <w:t>Dodané příslušenství:</w:t>
      </w:r>
      <w:r>
        <w:br/>
        <w:t>________________________________________________________________________________</w:t>
      </w:r>
    </w:p>
    <w:p w14:paraId="59FE1520" w14:textId="77777777" w:rsidR="00F72742" w:rsidRPr="001A22EF" w:rsidRDefault="00000000">
      <w:pPr>
        <w:spacing w:before="280" w:after="140"/>
        <w:rPr>
          <w:b/>
          <w:color w:val="auto"/>
          <w:sz w:val="24"/>
        </w:rPr>
      </w:pPr>
      <w:r w:rsidRPr="001A22EF">
        <w:rPr>
          <w:b/>
          <w:color w:val="auto"/>
          <w:sz w:val="24"/>
        </w:rPr>
        <w:t>ÚDAJE KUPUJÍCÍHO</w:t>
      </w:r>
    </w:p>
    <w:p w14:paraId="037D632A" w14:textId="77777777" w:rsidR="00F72742" w:rsidRDefault="00000000">
      <w:pPr>
        <w:spacing w:after="120"/>
      </w:pPr>
      <w:r>
        <w:rPr>
          <w:b/>
        </w:rPr>
        <w:t>Jméno a příjmení:</w:t>
      </w:r>
      <w:r>
        <w:br/>
        <w:t>________________________________________________________________________________</w:t>
      </w:r>
    </w:p>
    <w:p w14:paraId="7C52035E" w14:textId="77777777" w:rsidR="00F72742" w:rsidRDefault="00000000">
      <w:pPr>
        <w:spacing w:after="120"/>
      </w:pPr>
      <w:r>
        <w:rPr>
          <w:b/>
        </w:rPr>
        <w:t>Adresa:</w:t>
      </w:r>
      <w:r>
        <w:br/>
        <w:t>________________________________________________________________________________</w:t>
      </w:r>
    </w:p>
    <w:p w14:paraId="7158276E" w14:textId="77777777" w:rsidR="00F72742" w:rsidRDefault="00000000">
      <w:pPr>
        <w:spacing w:after="120"/>
      </w:pPr>
      <w:r>
        <w:rPr>
          <w:b/>
        </w:rPr>
        <w:t>E-mail:</w:t>
      </w:r>
      <w:r>
        <w:br/>
        <w:t>________________________________________________________________________________</w:t>
      </w:r>
    </w:p>
    <w:p w14:paraId="5DED9195" w14:textId="77777777" w:rsidR="00F72742" w:rsidRDefault="00000000">
      <w:pPr>
        <w:spacing w:after="120"/>
      </w:pPr>
      <w:r>
        <w:rPr>
          <w:b/>
        </w:rPr>
        <w:t>Telefon:</w:t>
      </w:r>
      <w:r>
        <w:br/>
        <w:t>________________________________________________________________________________</w:t>
      </w:r>
    </w:p>
    <w:p w14:paraId="7DF6ED3F" w14:textId="77777777" w:rsidR="00F72742" w:rsidRPr="001A22EF" w:rsidRDefault="00000000">
      <w:pPr>
        <w:spacing w:before="280" w:after="140"/>
        <w:rPr>
          <w:b/>
          <w:color w:val="auto"/>
          <w:sz w:val="24"/>
        </w:rPr>
      </w:pPr>
      <w:r w:rsidRPr="001A22EF">
        <w:rPr>
          <w:b/>
          <w:color w:val="auto"/>
          <w:sz w:val="24"/>
        </w:rPr>
        <w:t>VRÁCENÍ PENĚŽNÍCH PROSTŘEDKŮ</w:t>
      </w:r>
    </w:p>
    <w:p w14:paraId="4E747EEA" w14:textId="77777777" w:rsidR="00F72742" w:rsidRDefault="00000000">
      <w:pPr>
        <w:spacing w:after="120"/>
      </w:pPr>
      <w:proofErr w:type="spellStart"/>
      <w:r>
        <w:rPr>
          <w:b/>
        </w:rPr>
        <w:t>Číslo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účtu</w:t>
      </w:r>
      <w:proofErr w:type="spellEnd"/>
      <w:r>
        <w:rPr>
          <w:b/>
        </w:rPr>
        <w:t xml:space="preserve"> / IBAN:</w:t>
      </w:r>
      <w:r>
        <w:br/>
        <w:t>________________________________________________________________________________</w:t>
      </w:r>
    </w:p>
    <w:p w14:paraId="6635B3EB" w14:textId="77777777" w:rsidR="00F72742" w:rsidRDefault="00000000">
      <w:pPr>
        <w:spacing w:after="120"/>
      </w:pPr>
      <w:r>
        <w:rPr>
          <w:b/>
        </w:rPr>
        <w:t>Kód banky / BIC (pokud je potřeba):</w:t>
      </w:r>
      <w:r>
        <w:br/>
        <w:t>________________________________________________________________________________</w:t>
      </w:r>
    </w:p>
    <w:p w14:paraId="5247797A" w14:textId="77777777" w:rsidR="00F05183" w:rsidRDefault="00F05183">
      <w:pPr>
        <w:spacing w:before="280" w:after="140"/>
        <w:rPr>
          <w:b/>
          <w:color w:val="7355B9"/>
          <w:sz w:val="24"/>
        </w:rPr>
      </w:pPr>
    </w:p>
    <w:p w14:paraId="35442134" w14:textId="3CBA4DCD" w:rsidR="00F72742" w:rsidRPr="001A22EF" w:rsidRDefault="00000000">
      <w:pPr>
        <w:spacing w:before="280" w:after="140"/>
        <w:rPr>
          <w:b/>
          <w:color w:val="auto"/>
          <w:sz w:val="24"/>
        </w:rPr>
      </w:pPr>
      <w:r w:rsidRPr="001A22EF">
        <w:rPr>
          <w:b/>
          <w:color w:val="auto"/>
          <w:sz w:val="24"/>
        </w:rPr>
        <w:lastRenderedPageBreak/>
        <w:t>ODSTOUPENÍ OD KUPNÍ SMLOUVY</w:t>
      </w:r>
    </w:p>
    <w:p w14:paraId="11BA91C6" w14:textId="77777777" w:rsidR="00F72742" w:rsidRDefault="00000000">
      <w:r>
        <w:t>Tímto oznamuji, že odstupuji od kupní smlouvy uzavřené prostřednictvím internetového obchodu ReFoto.</w:t>
      </w:r>
    </w:p>
    <w:p w14:paraId="3D771027" w14:textId="77777777" w:rsidR="00F72742" w:rsidRPr="001A22EF" w:rsidRDefault="00000000">
      <w:pPr>
        <w:spacing w:before="280" w:after="140"/>
        <w:rPr>
          <w:b/>
          <w:color w:val="auto"/>
          <w:sz w:val="24"/>
        </w:rPr>
      </w:pPr>
      <w:r w:rsidRPr="001A22EF">
        <w:rPr>
          <w:b/>
          <w:color w:val="auto"/>
          <w:sz w:val="24"/>
        </w:rPr>
        <w:t>PROHLÁŠENÍ KUPUJÍCÍHO</w:t>
      </w:r>
    </w:p>
    <w:p w14:paraId="1BB37CFD" w14:textId="77777777" w:rsidR="00F72742" w:rsidRDefault="00000000">
      <w:pPr>
        <w:spacing w:after="80"/>
      </w:pPr>
      <w:r>
        <w:rPr>
          <w:color w:val="7355B9"/>
        </w:rPr>
        <w:t xml:space="preserve">• </w:t>
      </w:r>
      <w:r>
        <w:t>Potvrzuji, že údaje uvedené v tomto formuláři jsou správné.</w:t>
      </w:r>
    </w:p>
    <w:p w14:paraId="4FCEC110" w14:textId="2BDB85A4" w:rsidR="00F72742" w:rsidRDefault="00000000">
      <w:pPr>
        <w:spacing w:after="80"/>
      </w:pPr>
      <w:r>
        <w:rPr>
          <w:color w:val="7355B9"/>
        </w:rPr>
        <w:t xml:space="preserve">• </w:t>
      </w:r>
      <w:r>
        <w:t xml:space="preserve">Zboží vrátím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prodávajícího</w:t>
      </w:r>
      <w:proofErr w:type="spellEnd"/>
      <w:r>
        <w:t xml:space="preserve">, </w:t>
      </w:r>
      <w:proofErr w:type="spellStart"/>
      <w:r>
        <w:t>kompletní</w:t>
      </w:r>
      <w:proofErr w:type="spellEnd"/>
      <w:r w:rsidR="004368D6"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dodaného</w:t>
      </w:r>
      <w:proofErr w:type="spellEnd"/>
      <w:r>
        <w:t xml:space="preserve"> </w:t>
      </w:r>
      <w:proofErr w:type="spellStart"/>
      <w:r>
        <w:t>příslušenství</w:t>
      </w:r>
      <w:proofErr w:type="spellEnd"/>
      <w:r w:rsidR="004368D6">
        <w:t xml:space="preserve">, </w:t>
      </w:r>
      <w:r>
        <w:t xml:space="preserve">bez </w:t>
      </w:r>
      <w:proofErr w:type="spellStart"/>
      <w:r>
        <w:t>zaslání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dobírku</w:t>
      </w:r>
      <w:proofErr w:type="spellEnd"/>
      <w:r w:rsidR="004368D6">
        <w:t xml:space="preserve"> a </w:t>
      </w:r>
      <w:proofErr w:type="spellStart"/>
      <w:r w:rsidR="004368D6">
        <w:t>ve</w:t>
      </w:r>
      <w:proofErr w:type="spellEnd"/>
      <w:r w:rsidR="004368D6">
        <w:t xml:space="preserve"> </w:t>
      </w:r>
      <w:proofErr w:type="spellStart"/>
      <w:r w:rsidR="004368D6">
        <w:t>stejném</w:t>
      </w:r>
      <w:proofErr w:type="spellEnd"/>
      <w:r w:rsidR="004368D6">
        <w:t xml:space="preserve"> </w:t>
      </w:r>
      <w:proofErr w:type="spellStart"/>
      <w:r w:rsidR="004368D6">
        <w:t>stavu</w:t>
      </w:r>
      <w:proofErr w:type="spellEnd"/>
      <w:r w:rsidR="004368D6">
        <w:t xml:space="preserve"> v </w:t>
      </w:r>
      <w:proofErr w:type="spellStart"/>
      <w:r w:rsidR="004368D6">
        <w:t>jakém</w:t>
      </w:r>
      <w:proofErr w:type="spellEnd"/>
      <w:r w:rsidR="004368D6">
        <w:t xml:space="preserve"> </w:t>
      </w:r>
      <w:proofErr w:type="spellStart"/>
      <w:r w:rsidR="004368D6">
        <w:t>jsem</w:t>
      </w:r>
      <w:proofErr w:type="spellEnd"/>
      <w:r w:rsidR="004368D6">
        <w:t xml:space="preserve"> </w:t>
      </w:r>
      <w:proofErr w:type="spellStart"/>
      <w:r w:rsidR="004368D6">
        <w:t>zboží</w:t>
      </w:r>
      <w:proofErr w:type="spellEnd"/>
      <w:r w:rsidR="004368D6">
        <w:t xml:space="preserve"> </w:t>
      </w:r>
      <w:proofErr w:type="spellStart"/>
      <w:r w:rsidR="004368D6">
        <w:t>obdržel</w:t>
      </w:r>
      <w:proofErr w:type="spellEnd"/>
      <w:r w:rsidR="004368D6">
        <w:t>/a.</w:t>
      </w:r>
    </w:p>
    <w:p w14:paraId="49D163C5" w14:textId="77777777" w:rsidR="00F72742" w:rsidRDefault="00000000">
      <w:pPr>
        <w:spacing w:after="80"/>
      </w:pPr>
      <w:r>
        <w:rPr>
          <w:color w:val="7355B9"/>
        </w:rPr>
        <w:t xml:space="preserve">• </w:t>
      </w:r>
      <w:r>
        <w:t>Beru na vědomí, že zboží nemá být zasíláno samostatně na adresu sídla společnosti. Po přijetí odstoupení mě ReFoto bude informovat o dalším postupu při vrácení zboží.</w:t>
      </w:r>
    </w:p>
    <w:p w14:paraId="00ED580F" w14:textId="77777777" w:rsidR="00F72742" w:rsidRDefault="00F72742"/>
    <w:p w14:paraId="2C57E29C" w14:textId="77777777" w:rsidR="00F72742" w:rsidRDefault="00000000">
      <w:r>
        <w:t>V ........................................ dne ........................................</w:t>
      </w:r>
    </w:p>
    <w:p w14:paraId="7E679DD4" w14:textId="77777777" w:rsidR="00E270DB" w:rsidRDefault="00000000">
      <w:r>
        <w:rPr>
          <w:b/>
        </w:rPr>
        <w:t>Podpis kupujícího:</w:t>
      </w:r>
      <w:r>
        <w:br/>
      </w:r>
    </w:p>
    <w:p w14:paraId="429D4620" w14:textId="53944455" w:rsidR="00F72742" w:rsidRDefault="00000000">
      <w:r>
        <w:t>........................................................</w:t>
      </w:r>
    </w:p>
    <w:sectPr w:rsidR="00F72742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3D8CE" w14:textId="77777777" w:rsidR="008320C6" w:rsidRDefault="008320C6">
      <w:pPr>
        <w:spacing w:after="0" w:line="240" w:lineRule="auto"/>
      </w:pPr>
      <w:r>
        <w:separator/>
      </w:r>
    </w:p>
  </w:endnote>
  <w:endnote w:type="continuationSeparator" w:id="0">
    <w:p w14:paraId="04662D6F" w14:textId="77777777" w:rsidR="008320C6" w:rsidRDefault="0083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C70E" w14:textId="395C31CD" w:rsidR="00F72742" w:rsidRDefault="00F7274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1A09A" w14:textId="77777777" w:rsidR="008320C6" w:rsidRDefault="008320C6">
      <w:pPr>
        <w:spacing w:after="0" w:line="240" w:lineRule="auto"/>
      </w:pPr>
      <w:r>
        <w:separator/>
      </w:r>
    </w:p>
  </w:footnote>
  <w:footnote w:type="continuationSeparator" w:id="0">
    <w:p w14:paraId="3C1BE0B2" w14:textId="77777777" w:rsidR="008320C6" w:rsidRDefault="00832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225727">
    <w:abstractNumId w:val="8"/>
  </w:num>
  <w:num w:numId="2" w16cid:durableId="1987660582">
    <w:abstractNumId w:val="6"/>
  </w:num>
  <w:num w:numId="3" w16cid:durableId="687103789">
    <w:abstractNumId w:val="5"/>
  </w:num>
  <w:num w:numId="4" w16cid:durableId="925503062">
    <w:abstractNumId w:val="4"/>
  </w:num>
  <w:num w:numId="5" w16cid:durableId="2120298347">
    <w:abstractNumId w:val="7"/>
  </w:num>
  <w:num w:numId="6" w16cid:durableId="793594947">
    <w:abstractNumId w:val="3"/>
  </w:num>
  <w:num w:numId="7" w16cid:durableId="1641303738">
    <w:abstractNumId w:val="2"/>
  </w:num>
  <w:num w:numId="8" w16cid:durableId="1545750358">
    <w:abstractNumId w:val="1"/>
  </w:num>
  <w:num w:numId="9" w16cid:durableId="159439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22EF"/>
    <w:rsid w:val="00270D9F"/>
    <w:rsid w:val="0029639D"/>
    <w:rsid w:val="00326F90"/>
    <w:rsid w:val="004368D6"/>
    <w:rsid w:val="008320C6"/>
    <w:rsid w:val="00AA1D8D"/>
    <w:rsid w:val="00B47730"/>
    <w:rsid w:val="00CB0664"/>
    <w:rsid w:val="00E270DB"/>
    <w:rsid w:val="00F05183"/>
    <w:rsid w:val="00F72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FE7E66"/>
  <w14:defaultImageDpi w14:val="300"/>
  <w15:docId w15:val="{505C4C6F-FCC7-9F47-9B90-307CB1C3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138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Vejmelka</cp:lastModifiedBy>
  <cp:revision>5</cp:revision>
  <dcterms:created xsi:type="dcterms:W3CDTF">2013-12-23T23:15:00Z</dcterms:created>
  <dcterms:modified xsi:type="dcterms:W3CDTF">2026-08-29T08:03:00Z</dcterms:modified>
  <cp:category/>
</cp:coreProperties>
</file>